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招商引资工作总结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2025年，我单位坚持以高质量发展为导向，把招商引资作为推动经济发展的重要抓手，创新招商方式，优化营商环境，招商引资工作取得显著成效。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一、主要工作成效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健全工作机制，夯实招商基础。完善招商引资工作领导小组，明确责任分工。制定年度招商引资工作计划，分解目标任务。建立健全项目评审、跟踪服务、考核奖惩等工作机制。安排招商引资工作经费500万元，保障工作开展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创新招商方式，提升招商实效。开展产业链招商，围绕主导产业延链补链强链，签约产业链项目10个，合同金额10亿元。开展以商招商，发挥现有企业资源优势，引进配套项目5个。开展驻点招商，在发达地区设立招商联络处2个。开展平台招商，依托各类展会节会签约项目5个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（三）强化项目对接，促成合作成果。全年外出招商考察50批次，接待来访客商200批次。新签约项目30个，合同金额50亿元。到位省外资金30亿元，完成年度目标任务的120%。新开工项目20个，新投产项目15个。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优化营商环境，服务企业发展。深化放管服改革，推行一窗受理、一网通办。压缩企业开办时间至1个工作日。落实减税降费政策，减免税费1000万元。帮助企业解决用工、用地、融资等实际问题30个。开展企业走访服务，走访企业100家次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（五）加强园区建设，搭建发展平台。完善园区基础设施配套，新建道路5公里、标准化厂房2万平方米。建成智慧园区平台1个。园区承载能力不断提升，新入园企业10家。园区实现产值50亿元，税收2亿元。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强化宣传推介，打造投资品牌。制作投资指南、招商宣传片等推介材料。举办专场招商推介会5场次。参加省级以上经贸活动10次。在主流媒体发布招商信息50条。成功举办首届投资贸易洽谈会，签约项目20个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（一）招商引资竞争日趋激烈，政策优势逐步弱化。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（二）重大项目储备不足，大项目、好项目引进难度大。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（三）营商环境还需进一步优化，服务效能有待提升。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（一）创新招商方式方法。深化产业链招商、基金招商、亲情招商，提高招商精准度。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（二）加强重大项目引进。紧盯世界500强、中国500强企业，力争引进重大产业项目。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（三）持续优化营商环境。深化放管服改革，提升服务效能，打造投资洼地。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（四）强化项目跟踪服务。完善项目推进机制，提高项目落地率和资金到位率。</w:t>
      </w:r>
    </w:p>
    <w:p/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