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脱贫攻坚工作总结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2025年，我单位深入贯彻落实党中央、国务院关于巩固拓展脱贫攻坚成果同乡村振兴有效衔接的决策部署，坚持目标导向和问题导向，扎实推进各项工作，脱贫攻坚成果得到持续巩固拓展。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健全防返贫监测机制。严格落实四个不摘要求，保持现有帮扶政策总体稳定。建立健全防返贫动态监测和帮扶机制，新识别监测对象5户15人。完成脱贫户和监测对象年度收入核查300户。落实帮扶责任人30人，制定帮扶措施100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（二）持续增加农民收入。大力发展特色产业，带动农户增收致富。实施产业项目5个，投入资金100万元。开展职业技能培训10场次，培训劳动力200人次。转移就业150人，务工收入达200万元。开发公益性岗位20个。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巩固三保障成果。持续保障义务教育，脱贫家庭子女无辍学失学。落实教育资助政策，资助学生50人次，发放资助金5万元。强化基本医疗保障，脱贫人口参保率达100%。落实医疗救助政策，报销金额10万元。保障住房安全，完成危房改造2户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（四）加强资金项目管理。规范财政衔接资金使用管理，资金使用率达95%。实施基础设施项目5个，改善群众生产生活条件。建成产业路3公里、灌溉渠系5公里。完成村级活动场所改造1个。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（五）强化驻村帮扶工作。严格选派驻村干部5人，落实属地管理责任。驻村干部走访农户300户，帮助解决实际问题20个。落实驻村工作经费5万元，改善驻村工作条件。驻村干部年度考核全部合格。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（六）推进问题整改工作。扎实开展各级各类反馈问题整改工作。完成国家和省脱贫攻坚成效考核反馈问题整改5个。完成审计发现问题整改3个。建立健全长效机制10项。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（一）产业发展基础薄弱。产业规模小、链条短、带动力不强，抵御市场风险能力不足。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（二）内生动力不足。部分脱贫群众发展意愿不强，存在等靠要思想。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（三）返贫风险依然存在。因病因灾等突发因素可能造成规模性返贫。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（一）健全防返贫监测帮扶机制。加强动态监测，及时发现和帮扶返贫风险对象。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（二）培育壮大特色产业。延伸产业链条，完善利益联结机制，增强带动能力。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（三）促进群众持续增收。大力发展庭院经济，促进就近就业创业。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（四）加强扶贫项目资产管理。规范资产运营维护，确保长期发挥效益。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（五）激发群众内生动力。加强感恩教育，引导群众自立自强。</w:t>
      </w:r>
    </w:p>
    <w:p/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