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方正小标宋简体" w:hAnsi="方正小标宋简体" w:eastAsia="方正小标宋简体"/>
          <w:b/>
          <w:color w:val="000000"/>
          <w:sz w:val="44"/>
        </w:rPr>
        <w:t>关于推荐XXX同志参加XX培训的推荐信</w:t>
      </w:r>
    </w:p>
    <w:p>
      <w:pPr>
        <w:spacing w:line="560" w:lineRule="exact" w:before="0" w:after="0"/>
        <w:ind w:firstLine="420"/>
        <w:jc w:val="both"/>
      </w:pPr>
      <w:r>
        <w:rPr>
          <w:rFonts w:ascii="仿宋_GB2312" w:hAnsi="仿宋_GB2312" w:eastAsia="仿宋_GB2312"/>
          <w:color w:val="000000"/>
          <w:sz w:val="32"/>
        </w:rPr>
        <w:t>XX培训中心：</w:t>
      </w:r>
    </w:p>
    <w:p>
      <w:pPr>
        <w:spacing w:line="560" w:lineRule="exact" w:before="0" w:after="0"/>
        <w:ind w:firstLine="420"/>
        <w:jc w:val="both"/>
      </w:pPr>
      <w:r>
        <w:rPr>
          <w:rFonts w:ascii="仿宋_GB2312" w:hAnsi="仿宋_GB2312" w:eastAsia="仿宋_GB2312"/>
          <w:color w:val="000000"/>
          <w:sz w:val="32"/>
        </w:rPr>
        <w:t>现推荐我单位XXX同志参加贵中心举办的XX培训班学习。XXX同志，男，XXXX年XX月出生，汉族，XX省XX市人，大学本科学历，XXXX年XX月参加工作，XXXX年XX月加入中国共产党，现任XX市XX局XX科科长。</w:t>
      </w:r>
    </w:p>
    <w:p>
      <w:pPr>
        <w:spacing w:line="560" w:lineRule="exact" w:before="0" w:after="0"/>
        <w:ind w:firstLine="420"/>
        <w:jc w:val="both"/>
      </w:pPr>
      <w:r>
        <w:rPr>
          <w:rFonts w:ascii="仿宋_GB2312" w:hAnsi="仿宋_GB2312" w:eastAsia="仿宋_GB2312"/>
          <w:color w:val="000000"/>
          <w:sz w:val="32"/>
        </w:rPr>
        <w:t>该同志政治立场坚定，认真学习贯彻习近平新时代中国特色社会主义思想，增强四个意识、坚定四个自信、做到两个维护，始终在思想上政治上行动上同以习近平同志为核心的党中央保持高度一致。具有较强的政治理论素养和政策水平，能够准确把握上级决策部署，结合实际开展工作。</w:t>
      </w:r>
    </w:p>
    <w:p>
      <w:pPr>
        <w:spacing w:line="560" w:lineRule="exact" w:before="0" w:after="0"/>
        <w:ind w:firstLine="420"/>
        <w:jc w:val="both"/>
      </w:pPr>
      <w:r>
        <w:rPr>
          <w:rFonts w:ascii="仿宋_GB2312" w:hAnsi="仿宋_GB2312" w:eastAsia="仿宋_GB2312"/>
          <w:color w:val="000000"/>
          <w:sz w:val="32"/>
        </w:rPr>
        <w:t>该同志工作能力突出，业务素质过硬。在XX科工作期间，负责XX业务管理工作，能够熟练掌握相关政策法规和业务流程，工作思路清晰，创新意识强。近年来，牵头完成了XX项目、XX专项行动等多项重要工作任务，取得了显著成效。该同志注重学习提升，积极参加各类培训和学习交流活动，不断更新知识结构，提高业务能力。</w:t>
      </w:r>
    </w:p>
    <w:p>
      <w:pPr>
        <w:spacing w:line="560" w:lineRule="exact" w:before="0" w:after="0"/>
        <w:ind w:firstLine="420"/>
        <w:jc w:val="both"/>
      </w:pPr>
      <w:r>
        <w:rPr>
          <w:rFonts w:ascii="仿宋_GB2312" w:hAnsi="仿宋_GB2312" w:eastAsia="仿宋_GB2312"/>
          <w:color w:val="000000"/>
          <w:sz w:val="32"/>
        </w:rPr>
        <w:t>该同志作风优良，廉洁自律。工作认真负责，求真务实，勇于担当，具有较强的团队协作精神和沟通协调能力。严格遵守党纪国法和单位规章制度，自觉遵守中央八项规定精神，廉洁奉公，口碑良好。</w:t>
      </w:r>
    </w:p>
    <w:p>
      <w:pPr>
        <w:spacing w:line="560" w:lineRule="exact" w:before="0" w:after="0"/>
        <w:ind w:firstLine="420"/>
        <w:jc w:val="both"/>
      </w:pPr>
      <w:r>
        <w:rPr>
          <w:rFonts w:ascii="仿宋_GB2312" w:hAnsi="仿宋_GB2312" w:eastAsia="仿宋_GB2312"/>
          <w:color w:val="000000"/>
          <w:sz w:val="32"/>
        </w:rPr>
        <w:t>该同志身心健康，能够适应高强度的学习和工作任务。我们相信，XXX同志一定能够珍惜这次培训机会，认真学习，刻苦钻研，不断提升自身素质和能力，为今后更好地开展工作打下坚实基础。</w:t>
      </w:r>
    </w:p>
    <w:p>
      <w:pPr>
        <w:spacing w:line="560" w:lineRule="exact" w:before="0" w:after="0"/>
        <w:ind w:firstLine="420"/>
        <w:jc w:val="both"/>
      </w:pPr>
      <w:r>
        <w:rPr>
          <w:rFonts w:ascii="仿宋_GB2312" w:hAnsi="仿宋_GB2312" w:eastAsia="仿宋_GB2312"/>
          <w:color w:val="000000"/>
          <w:sz w:val="32"/>
        </w:rPr>
        <w:t>特此推荐，请予接收。</w:t>
      </w:r>
    </w:p>
    <w:p>
      <w:pPr>
        <w:spacing w:line="560" w:lineRule="exact" w:before="0" w:after="0"/>
        <w:ind w:firstLine="420"/>
        <w:jc w:val="both"/>
      </w:pPr>
      <w:r>
        <w:rPr>
          <w:rFonts w:ascii="仿宋_GB2312" w:hAnsi="仿宋_GB2312" w:eastAsia="仿宋_GB2312"/>
          <w:color w:val="000000"/>
          <w:sz w:val="32"/>
        </w:rPr>
        <w:t>XX市XX局（盖章）</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