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rPr>
          <w:rFonts w:ascii="方正小标宋简体" w:hAnsi="方正小标宋简体" w:eastAsia="方正小标宋简体"/>
          <w:b/>
          <w:color w:val="000000"/>
          <w:sz w:val="44"/>
        </w:rPr>
        <w:t>关于感谢XX单位支持我市XX工作的感谢信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XX单位：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衷心感谢贵单位对我市XX工作的大力支持和帮助！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近年来，在贵单位的关心支持下，我市XX工作取得了显著成效。贵单位在XX方面给予了我们无私的帮助和指导，特别是在XX项目建设、XX技术支持、XX人才培养等方面，提供了宝贵的资源和专业的服务，为我市XX事业发展注入了强大动力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在此，我们再次向贵单位表示衷心的感谢！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XX市XX局（盖章）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