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关于祝贺XX单位获得XX荣誉称号的贺信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XX单位：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喜闻贵单位荣获XX荣誉称号，特此向贵单位表示热烈的祝贺！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近年来，贵单位在XX领域取得了显著成绩，为XX事业发展作出了重要贡献。此次获得XX荣誉称号，是对贵单位工作的充分肯定，也是贵单位全体干部职工共同努力的结果。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希望贵单位珍惜荣誉、再接再厉，继续发扬XX精神，不断开拓创新，为XX事业发展作出新的更大贡献。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再次向贵单位表示祝贺！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