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XXX同志悼词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各位亲友、各位同志：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今天，我们怀着沉痛的心情，在这里深切悼念XXX同志。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XXX同志，男，XXXX年XX月出生于XX省XX市，XXXX年XX月参加工作，XXXX年XX月加入中国共产党，曾任XX市XX局党组书记、局长等职，于XXXX年XX月XX日XX时XX分不幸逝世，享年XX岁。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XXX同志的一生，是革命的一生、奋斗的一生、为人民服务的一生。在几十年的工作生涯中，他始终坚定共产主义信仰，牢记为人民服务的宗旨，对党和人民的事业忠心耿耿、兢兢业业。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在XX工作期间，XXX同志认真贯彻落实党的路线方针政策，坚持实事求是、与时俱进，带领XX部门全体干部职工开拓创新、锐意进取，推动XX事业取得了显著成绩。他注重调查研究，深入基层、深入群众，了解实际情况，解决实际问题，深受广大群众的爱戴和尊敬。他作风民主、平易近人，善于团结同志，充分调动各方面的积极性，形成了强大的工作合力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XXX同志始终保持清正廉洁的作风，严格遵守党纪国法和廉洁自律各项规定，以身作则、率先垂范，为广大干部职工树立了良好榜样。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的逝世，是XX事业的一大损失，我们失去了一位好领导、好同志。但他的精神将永远激励着我们前进。我们要学习他坚定的共产主义信仰、对党和人民事业的无限忠诚、求真务实的工作作风和清正廉洁的高尚品德，继承他的遗志，继续推进XX事业发展，以告慰XXX同志的在天之灵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XXX同志，安息吧！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