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会议方案模板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关于召开XXXX工作会议的方案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为深入学习贯彻习近平新时代中国特色社会主义思想，全面落实党中央、国务院和省委省政府关于XXXX工作的决策部署，总结XXXX年工作，分析当前形势，部署XXXX年任务，经研究，决定召开XXXX工作会议。为确保会议顺利召开，特制定本方案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一、会议主题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深入学习贯彻党的XX届X中全会精神，以习近平新时代中国特色社会主义思想为指导，全面总结XXXX年XXXX工作取得的成绩和经验，深刻分析当前面临的形势和挑战，明确XXXX年XXXX工作的总体要求、目标任务和重点举措，动员全系统广大干部职工进一步统一思想、振奋精神、攻坚克难，为推动XXXX高质量发展而努力奋斗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二、会议时间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XXXX年XX月XX日（星期X）上午XX:XX至下午XX:XX。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三、会议地点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XXXX会议室（XXXX大厦X楼）。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四、参会人员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（一）主会场参会人员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市领导：XXX（市委副书记、市长）、XXX（市委常委、副市长）、XXX（副市长）；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市政府相关部门主要负责人：XXX（市政府秘书长）、XXX（市发展改革委主任）、XXX（市财政局局长）等；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各县（市、区）政府分管领导及XXXX部门主要负责人；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市XXXX系统各单位主要负责人；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5. 部分企业代表和新闻媒体记者。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（二）分会场参会人员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各县（市、区）XXXX部门班子成员及相关科室负责人在当地分会场参加会议。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五、会议议程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上午（XX:XX-XX:XX）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XX:XX-XX:XX 签到入场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XX:XX-XX:XX 会议开始，主持人介绍参会领导和嘉宾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XX:XX-XX:XX XXX同志作XXXX工作报告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XX:XX-XX:XX XXX同志传达上级会议精神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5. XX:XX-XX:XX XXX同志作重要讲话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下午（XX:XX-XX:XX）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XX:XX-XX:XX 分组讨论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第一组：讨论XXXX工作报告和领导讲话精神；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第二组：交流各地工作经验和做法；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第三组：研究XXXX年重点工作任务落实措施。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XX:XX-XX:XX 各组汇报讨论情况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XX:XX-XX:XX XXX同志总结讲话，宣布会议闭幕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六、会议筹备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（一）材料准备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XXXX工作报告（由市XXXX局负责起草，XXXX年XX月XX日前完成初稿，XX月XX日前征求意见并修改完善）；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上级会议精神传达材料（由市XXXX局负责整理）；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会议议程、主持词、领导讲话提纲（由市政府办公室负责）；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会议通知、参会人员名单、座位安排表（由市XXXX局负责）。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（二）会务安排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会场布置：由市政府办公室负责，包括主席台布置、会标制作、音响调试、投影设备准备等；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后勤保障：由市XXXX局负责，包括参会人员食宿安排、车辆调度、会议资料发放等；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宣传报道：由市委宣传部负责协调新闻媒体做好会议报道工作。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（三）会议纪律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参会人员必须按时参会，不得无故缺席、迟到或早退；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参会人员要严格遵守会议纪律，关闭手机或调至静音状态，不得随意走动或交头接耳；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参会人员要认真听取会议内容，做好笔记，积极参与讨论。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七、工作要求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（一）提高认识，加强领导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各单位要充分认识本次会议的重要意义，切实加强组织领导，确保参会人员按时到位。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（二）精心准备，确保质量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各单位要按照会议要求，认真准备发言材料和讨论内容，确保会议取得实效。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（三）抓好落实，务求实效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会议结束后，各单位要及时传达学习会议精神，结合实际制定具体落实措施，确保各项工作任务落到实处。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八、联系方式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联系人：XXX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联系电话：XXX-XXXXXXX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电子邮箱：XXXX@XXXX.com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XXXX市人民政府办公室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