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培训方案模板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XXXX专题培训方案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为深入学习贯彻习近平新时代中国特色社会主义思想和党的XX届X中全会精神，进一步提升全市XXXX系统干部职工的政治素质、业务能力和履职水平，根据年度培训计划安排，特制定本培训方案。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一、培训主题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深入学习贯彻党的XX届X中全会精神，全面提升XXXX系统干部职工能力素质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二、培训目的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（一）提高政治站位，增强政治自觉。通过培训，使参训人员深刻领会党的XX届X中全会精神实质，切实把思想和行动统一到党中央决策部署上来。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（二）夯实业务基础，提升履职能力。通过培训，使参训人员熟练掌握XXXX业务知识和工作技能，提高解决实际问题的能力。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（三）强化责任担当，推动工作落实。通过培训，使参训人员进一步增强责任感和使命感，切实把学习成果转化为推动工作的实际成效。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三、培训对象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（一）市XXXX系统各单位领导班子成员；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（二）各县（市、区）XXXX部门主要负责人及业务骨干；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（三）市XXXX系统机关科室负责人及相关工作人员。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四、培训时间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XXXX年XX月XX日至XX月XX日，共计XX天。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五、培训地点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XXXX培训中心（XXXX大厦X楼）。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六、培训内容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（一）政治理论学习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习近平新时代中国特色社会主义思想；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党的XX届X中全会精神解读；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习近平总书记关于XXXX工作的重要论述；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党史学习教育专题。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（二）业务知识培训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XXXX法律法规及政策解读；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XXXX工作流程及操作规范；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XXXX信息化建设与应用；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XXXX突发事件应急处理。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（三）能力素质提升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公文写作与处理；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沟通协调与团队建设；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政务公开与信息发布；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廉洁从政与风险防控。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（四）实地考察学习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组织参训人员到XXXX先进单位实地考察学习，借鉴先进经验和做法。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七、培训方式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（一）集中授课。邀请专家学者、领导干部进行专题讲座；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（二）分组讨论。组织参训人员围绕培训内容开展分组讨论，交流学习体会；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（三）案例分析。结合实际案例，进行分析研讨，提高解决实际问题的能力；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（四）实地考察。组织参训人员到先进单位实地考察学习；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（五）考试考核。培训结束后进行考试，检验培训效果。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八、培训要求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（一）严格考勤制度。参训人员必须按时参加培训，不得无故缺席、迟到或早退。请假需经培训负责人批准。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（二）认真学习研讨。参训人员要认真听讲，做好笔记，积极参与讨论和交流。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（三）遵守培训纪律。参训人员要严格遵守培训中心的各项规章制度，保持良好的学习秩序。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（四）做好总结交流。培训结束后，参训人员要认真撰写学习心得，并在本单位进行交流分享。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九、组织保障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（一）加强组织领导。成立培训工作领导小组，负责培训的组织协调和监督管理。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（二）精心安排课程。根据培训目标和对象，科学制定培训计划，合理安排课程内容。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（三）严格考核管理。培训结束后，对参训人员进行考核，考核结果纳入年度考核内容。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（四）做好后勤保障。安排专人负责培训的后勤保障工作，确保培训顺利开展。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十、联系方式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电子邮箱：XXXX@XXXX.com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XXXX市XXXX局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