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评选方案模板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XXXX评选活动方案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学习贯彻习近平新时代中国特色社会主义思想，充分发挥先进典型的示范引领作用，激励全市XXXX系统广大干部职工立足本职、创先争优，推动XXXX事业高质量发展，经研究决定开展XXXX评选活动。为确保评选活动顺利进行，特制定本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一、评选主题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弘扬先进精神·凝聚发展力量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二、评选目的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通过开展评选活动，树立一批政治坚定、业绩突出、作风优良、群众公认的先进典型，激发全系统干部职工的积极性和创造性，营造学习先进、赶超先进、争当先进的浓厚氛围，为推动XXXX事业发展提供强大精神动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三、评选范围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全市XXXX系统各单位及在职工作人员。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四、评选类别及名额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（一）先进集体：评选XX个；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（二）先进工作者：评选XX名；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（三）优秀共产党员：评选XX名；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（四）青年岗位能手：评选XX名。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五、评选条件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（一）先进集体条件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领导班子团结协作，凝聚力和战斗力强；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政治建设扎实，贯彻落实党中央决策部署坚决有力；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业务工作成绩突出，年度目标任务圆满完成；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队伍建设成效显著，干部职工素质不断提升；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党风廉政建设良好，无违法违纪案件；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6. 群众满意度高，社会反响好。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（二）先进工作者条件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政治立场坚定，拥护党的领导，自觉践行社会主义核心价值观；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爱岗敬业，勇于担当，在本职岗位上做出显著成绩；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业务能力强，工作效率高，能够创造性地开展工作；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作风优良，廉洁自律，无违法违纪行为；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群众公认度高，在单位和社会上有良好口碑。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（三）优秀共产党员条件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理想信念坚定，对党忠诚，认真学习贯彻习近平新时代中国特色社会主义思想；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模范遵守党的纪律和国家法律法规，严格执行党的决定；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牢记党的宗旨，全心全意为人民服务，在群众中发挥先锋模范作用；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勇于担当作为，在急难险重任务中表现突出；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廉洁自律，自觉维护党的形象。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（四）青年岗位能手条件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年龄在XX周岁以下；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政治素质好，事业心和责任感强；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业务技能精湛，在本职岗位上有创新成果；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工作业绩突出，得到领导和同事的认可；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5. 具有良好的团队协作精神和奉献精神。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六、评选程序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（一）推荐阶段（XXXX年XX月XX日至XX月XX日）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各单位按照评选条件，组织干部职工民主推荐；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各单位领导班子研究确定推荐对象，填写推荐表并报送评选办公室。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（二）审核阶段（XXXX年XX月XX日至XX月XX日）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评选办公室对推荐对象进行资格审核；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组织评审委员会对审核通过的推荐对象进行评审，提出候选名单。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（三）公示阶段（XXXX年XX月XX日至XX月XX日）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将候选名单在全市XXXX系统范围内进行公示，接受群众监督。公示期为XX天。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（四）评选阶段（XXXX年XX月XX日至XX月XX日）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组织网络投票，广泛听取群众意见；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评审委员会根据评审情况和网络投票结果，确定最终评选结果。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（五）表彰阶段（XXXX年XX月XX日）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召开表彰大会，对评选出的先进集体和先进个人进行表彰。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七、评选要求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（一）加强组织领导。成立评选活动领导小组，负责评选活动的组织实施和监督管理。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（二）坚持公平公正。严格按照评选条件和程序进行评选，确保评选结果客观公正。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（三）注重群众参与。充分发扬民主，广泛听取群众意见，提高评选活动的透明度和公信力。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（四）强化宣传引导。加大对先进典型的宣传力度，充分发挥先进典型的示范引领作用。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八、奖励办法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（一）对评选出的先进集体颁发荣誉证书和奖牌；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（二）对评选出的先进个人颁发荣誉证书和奖金；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（三）在全市XXXX系统通报表彰，并推荐参加上级评选。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九、联系方式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XXXX市XXXX局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