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发展方案模板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XXXX发展方案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习近平新时代中国特色社会主义思想和党的XX届X中全会精神，全面落实党中央、国务院和省委省政府关于XXXX工作的决策部署，推动XXXX事业高质量发展，根据《XXXX意见》（XXXX〔XXXX〕XX号）要求，结合我市实际，特制定本发展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一、发展背景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（一）政策背景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近年来，党中央、国务院高度重视XXXX工作，先后出台了一系列政策措施，为XXXX发展提供了有力政策支持。省委省政府也对XXXX工作作出了具体部署，明确了发展目标和任务。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（二）现实需求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随着经济社会发展和人民生活水平提高，人民群众对XXXX的需求日益增长，对XXXX工作提出了更高要求。同时，XXXX工作面临的新情况、新问题也不断涌现，需要我们不断创新发展思路，提高服务水平。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（三）发展机遇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当前，XXXX工作面临难得的发展机遇：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国家战略实施为XXXX发展提供了广阔空间；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科技创新为XXXX发展提供了技术支撑；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消费升级为XXXX发展提供了市场需求。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二、总体要求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（一）指导思想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习近平新时代中国特色社会主义思想为指导，深入贯彻党的XX届X中全会精神，牢固树立新发展理念，坚持以人民为中心的发展思想，按照高质量发展要求，以XXXX为主题，以XXXX为主线，以XXXX为动力，全面推进XXXX事业发展，为建设XXXX提供有力支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（二）发展目标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到XXXX年，实现以下目标：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（三）发展路径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坚持创新驱动，推动XXXX工作理念、技术和机制创新；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坚持协调发展，统筹城乡、区域、行业协调发展；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坚持绿色发展，推动XXXX工作绿色低碳发展；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坚持开放发展，加强与国内外交流合作；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坚持共享发展，让人民群众共享XXXX发展成果。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三、重点领域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发展思路：XXXX；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重点任务：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发展思路：XXXX；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重点任务：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发展思路：XXXX；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重点任务：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发展思路：XXXX；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重点任务：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发展思路：XXXX；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发展目标：XXXX；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重点任务：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保障措施：XXXX。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四、实施保障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（一）加强组织领导。成立XXXX发展工作领导小组，负责XXXX发展的组织协调和监督管理。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（二）强化政策支持。制定和完善相关政策措施，为XXXX发展提供政策保障。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（三）加大资金投入。建立多元化投入机制，加大对XXXX发展的资金投入。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（四）加强人才队伍建设。培养和引进XXXX专业人才，为XXXX发展提供人才支撑。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（五）强化监督考核。建立健全监督考核机制，确保发展目标任务落实到位。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（六）加强宣传引导。广泛宣传XXXX发展的重要意义和实施成效，营造良好的舆论氛围。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五、推进计划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（一）XXXX年：启动实施阶段，制定实施方案，明确责任分工，启动重点项目建设。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（二）XXXX年：全面推进阶段，各项工作全面展开，确保阶段目标实现。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（三）XXXX年：深化提升阶段，总结经验，优化方案，提升工作质量和水平。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（四）XXXX年：巩固完善阶段，完成各项任务，实现总体目标，建立长效机制。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