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专项行动方案模板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XXXX专项行动方案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为深入贯彻落实习近平新时代中国特色社会主义思想和党的XX届X中全会精神，全面落实党中央、国务院和省委省政府关于XXXX工作的决策部署，有效解决XXXX领域存在的突出问题，根据《XXXX专项行动方案》（XXXX〔XXXX〕XX号）要求，结合我市实际，特制定本专项行动方案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一、行动背景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近年来，我市XXXX领域取得了一定成效，但仍存在一些突出问题：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5. XXXX。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这些问题严重影响了XXXX工作的正常开展，损害了人民群众的切身利益，必须采取有力措施加以解决。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二、行动目标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通过开展专项行动，实现以下目标：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有效解决XXXX领域存在的突出问题；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建立健全XXXX领域长效管理机制；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提升XXXX工作质量和水平；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增强人民群众的获得感、幸福感和安全感。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三、行动范围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全市XXXX领域，重点是XXXX。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四、行动内容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工作目标：XXXX；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工作措施：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（1）XXXX；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（2）XXXX；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（3）XXXX；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责任单位：XXXX；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完成时限：XXXX年XX月XX日前。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工作目标：XXXX；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工作措施：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（1）XXXX；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（2）XXXX；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（3）XXXX；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责任单位：XXXX；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完成时限：XXXX年XX月XX日前。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工作目标：XXXX；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工作措施：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（1）XXXX；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（2）XXXX；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（3）XXXX；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责任单位：XXXX；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完成时限：XXXX年XX月XX日前。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工作目标：XXXX；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工作措施：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（1）XXXX；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（2）XXXX；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（3）XXXX；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责任单位：XXXX；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完成时限：XXXX年XX月XX日前。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（五）XXXX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工作目标：XXXX；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工作措施：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（1）XXXX；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（2）XXXX；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（3）XXXX；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责任单位：XXXX；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完成时限：XXXX年XX月XX日前。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五、行动步骤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（一）动员部署阶段（XXXX年XX月XX日至XX月XX日）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召开专项行动动员会议，传达学习上级关于专项行动的要求；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制定专项行动实施方案，明确责任分工；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开展宣传发动，营造浓厚氛围。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（二）集中整治阶段（XXXX年XX月XX日至XX月XX日）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各责任单位按照实施方案，全面开展集中整治工作；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加强监督检查，及时协调解决整治过程中出现的问题；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定期通报整治进展情况，确保整治工作有序推进。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（三）巩固提升阶段（XXXX年XX月XX日至XX月XX日）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各责任单位对整治情况进行自查自评；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专项行动领导小组对整治情况进行全面验收；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总结经验做法，建立长效机制。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（四）总结评估阶段（XXXX年XX月XX日至XX月XX日）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各责任单位撰写专项行动工作总结；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专项行动领导小组对专项行动进行全面评估；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向上级机关汇报专项行动开展情况。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六、行动要求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（一）加强组织领导。成立专项行动领导小组，负责专项行动的组织协调和监督管理。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（二）明确责任分工。各责任单位要切实履行职责，明确责任人，确保行动任务落实到位。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（三）强化监督检查。专项行动领导小组要加强对行动进展情况的监督检查，及时发现问题并督促整改。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（四）严格责任追究。对行动不力、进展缓慢的单位和个人，要严肃追究责任。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（五）加强宣传引导。充分利用各种媒体，广泛宣传专项行动的重要意义和进展成效，营造良好的舆论氛围。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（六）注重长效机制建设。在专项行动中，要注重总结经验，建立健全长效管理机制，防止问题反弹。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七、保障措施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（一）加强人员保障。各责任单位要安排专人负责专项行动，确保行动有人抓、有人管。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（二）加强经费保障。专项行动所需经费由市财政局统筹安排，确保行动顺利开展。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（三）加强协调配合。各责任单位要加强协作配合，形成工作合力。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（四）加强信息报送。各责任单位要定期向专项行动领导小组报送行动进展情况，重大问题要及时报告。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八、联系方式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联系人：XXX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联系电话：XXX-XXXXXXX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电子邮箱：XXXX@XXXX.com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XXXX市XXXX局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