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会议纪要模板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【会议名称】××××会议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【会议时间】××××年××月××日（星期×）××:××—××:××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【会议地点】××××会议室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【主 持 人】×××（职务）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【出席人员】×××、×××、×××、×××、×××、×××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【列席人员】×××、×××、×××、×××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【缺席人员】×××（原因：××××）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【记录人员】×××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【会议议题】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一、研究××××工作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二、审议××××事项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三、部署××××任务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【会议内容】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会议首先听取了×××同志关于××××工作情况的汇报。汇报指出，当前××××工作总体进展顺利，取得了阶段性成果，但也存在一些困难和问题：一是××××；二是××××；三是××××。针对这些问题，汇报提出了下一步工作思路和措施建议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会议审议了《××××方案（草案）》。与会人员认真讨论，提出了以下修改意见：一是××××；二是××××；三是××××。会议原则同意该方案，要求根据会议意见进一步修改完善后印发实施。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会议就××××工作进行了部署，明确了以下任务：一是××××，由×××负责，××××年××月××日前完成；二是××××，由×××牵头，×××配合，××××年××月××日前完成；三是××××，由×××组织实施，确保××××目标实现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【会议决议】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一、原则同意××××工作汇报，要求××××。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二、原则同意《××××方案（草案）》，责成×××根据会议意见修改完善后，按程序报批印发。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三、成立××××工作领导小组，由×××任组长，×××任副组长，×××、×××、×××为成员，负责统筹协调××××工作。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四、明确××××为××××工作牵头部门，××××、××××为配合部门，各部门要密切协作，形成工作合力。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【督办事项】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序号｜事项内容｜责任单位｜责任人｜完成时限｜进展情况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——｜————｜————｜————｜————｜————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1｜××××｜××××｜×××｜××××-××-××｜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2｜××××｜××××｜×××｜××××-××-××｜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3｜××××｜××××｜×××｜××××-××-××｜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【散会时间】××××年××月××日××:××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【备注】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本纪要经主持人审核后印发。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各责任单位要严格按照会议要求，认真落实各项任务，确保按时完成。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督办事项由×××负责跟踪落实，定期向领导小组汇报进展情况。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