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XX单位资产评估报告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根据XX单位的委托，我公司对其拟进行的XX经济行为所涉及的资产进行了评估。现将评估情况报告如下：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一、评估目的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本次评估目的是为XX单位拟进行的XX经济行为提供价值参考依据。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二、评估范围和对象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评估范围包括XX单位拥有的全部资产和负债。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三、评估基准日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本次评估基准日为2025年XX月XX日。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四、评估方法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采用资产基础法、收益法和市场法进行评估。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五、评估结果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经过评估，XX单位截至评估基准日的整体资产价值为XX万元。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六、特别事项说明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（一）本次评估基于评估基准日的市场状况和资产状况。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（二）评估过程中可能存在未发现的潜在问题。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七、评估结论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评估结果合理反映了评估对象在评估基准日的价值。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特此报告。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XX资产评估有限公司（盖章）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法定代表人（签字）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