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XX单位XX专项整治工作总结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根据上级部署要求，我单位于2025年XX月至XX月开展了XX专项整治工作。现将整治工作情况总结如下：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一、整治工作概况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（一）整治目标。通过开展专项整治，解决XX领域存在的突出问题，规范XX工作秩序，提升XX工作水平。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（二）整治范围。XX领域涉及的各项工作。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（三）整治时间。2025年XX月至XX月。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（四）整治方式。采用自查自纠、集中整治、监督检查相结合的方式进行。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二、主要工作及成效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（一）加强组织领导。成立了以主要负责人为组长的专项整治工作领导小组，负责整治工作的组织协调和督促落实。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（二）制定整治方案。制定了详细的专项整治工作方案，明确了整治内容、整治步骤、责任单位、责任人、整治时限。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（三）开展自查自纠。组织各科室、各单位认真开展自查自纠，查找存在的问题，建立问题台账。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（四）进行集中整治。针对自查自纠发现的问题，采取有力措施进行集中整治，确保问题整治到位。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（五）加强监督检查。组织开展专项监督检查，对整治工作进展情况进行督促检查，确保整治工作取得实效。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（六）建立长效机制。针对整治中发现的问题，制定完善了XX项制度，建立了长效机制，从根本上解决问题。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三、发现的主要问题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（一）XX方面存在的问题：XX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（二）XX方面存在的问题：XX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（三）XX方面存在的问题：XX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四、整改落实情况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针对发现的XX个问题，制定了XX项整改措施，目前已全部整改到位。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五、整治成效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通过开展专项整治，XX领域存在的突出问题得到有效解决，工作秩序明显规范，工作水平显著提升，群众满意度明显提高。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六、存在不足及下一步打算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（一）存在不足：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 个别单位对专项整治工作重视程度不够，存在敷衍了事现象。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 部分问题整改不够彻底，存在反弹风险。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 长效机制建设还需进一步加强，制度执行力度有待提高。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（二）下一步打算：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 加强宣传教育，提高思想认识。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 强化监督检查，确保整改到位。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 完善制度建设，建立长效机制。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