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XX单位关于XX事项的复函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XX单位：来函收悉。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一、同意XX意见。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二、请认真实施。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特此函复。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