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介绍信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XX单位：兹介绍XXX同志前往办理XX事项。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该同志表现良好。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特此介绍。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