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关于慰问疫情防控一线工作人员的慰问信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全市疫情防控一线工作人员：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你们辛苦了！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当前，我市疫情防控形势严峻复杂，防控任务艰巨繁重。在这场没有硝烟的战斗中，你们积极响应市委、市政府号召，挺身而出、冲锋在前，日夜奋战在疫情防控第一线，用坚守和担当守护着全市人民的生命安全和身体健康。在此，市委、市政府向你们致以诚挚的慰问和崇高的敬意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疫情防控工作启动以来，你们舍小家、顾大家，放弃节假日休息，冒着被感染的风险，坚守在核酸检测、流调溯源、隔离管控、医疗救治、物资保障等各个岗位上。你们不畏艰辛、连续奋战，以实际行动诠释了奉献精神和责任担当，为我市疫情防控工作取得阶段性成效作出了重要贡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希望你们在做好疫情防控工作的同时，务必加强自我防护，注意休息，保持身心健康。市委、市政府将始终关心关爱一线工作人员，全力做好后勤保障工作，为你们开展工作创造良好条件。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当前，疫情防控正处于关键时期，希望你们继续发扬不怕疲劳、连续作战的精神，坚定信心、再接再厉，坚决打赢这场疫情防控阻击战。我们坚信，在党中央的坚强领导下，在全市人民的共同努力下，我们一定能够早日战胜疫情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向你们致敬！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XX市委、XX市人民政府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