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rPr>
          <w:rFonts w:ascii="方正小标宋简体" w:hAnsi="方正小标宋简体" w:eastAsia="方正小标宋简体"/>
          <w:b/>
          <w:color w:val="000000"/>
          <w:sz w:val="44"/>
        </w:rPr>
        <w:t>关于XX事项的声明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近期，我单位发现有不法分子冒用我单位名义，在XX地区开展XX活动，严重损害了我单位的声誉和形象。为维护我单位的合法权益，现郑重声明如下：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一、我单位从未授权任何单位或个人在XX地区开展XX活动，任何以我单位名义开展的此类活动均为非法活动。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二、对于冒用我单位名义开展非法活动的单位或个人，我单位保留追究其法律责任的权利。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三、请广大群众提高警惕，注意甄别，如发现疑似非法活动，及时向我单位或有关部门举报。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四、我单位将依法采取措施，维护自身合法权益和良好形象。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特此声明。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XX市XX局（盖章）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XXXX年XX月XX日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