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委托书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委托人：XXX，性别：X，身份证号码：XXXXXXXXXXXXXXXXXX，联系地址：XX市XX区XX路XX号，联系电话：XXXXXXXXXXX。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受托人：XXX，性别：X，身份证号码：XXXXXXXXXXXXXXXXXX，联系地址：XX市XX区XX路XX号，联系电话：XXXXXXXXXXX。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委托事项：委托人因XX原因，无法亲自办理XX事项，特委托受托人作为代理人，代表委托人办理以下事项：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一、办理XX业务的申请、审核、审批等相关手续；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二、签署与XX事项相关的文件、协议等；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三、领取与XX事项相关的证件、证明等；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四、其他与XX事项相关的事宜。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委托权限：受托人在上述委托事项范围内，有权代表委托人进行协商、沟通、签署文件等一切必要的行为，其法律后果由委托人承担。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委托期限：自XXXX年XX月XX日起至XXXX年XX月XX日止。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受托人无转委托权。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委托人（签字）：XXX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