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调研报告模板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【标题】关于××××的调研报告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【调研单位】××××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【调研时间】××××年××月××日—××月××日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【调研人员】×××、×××、×××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【调研对象】××××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为深入了解××××情况，分析存在问题，提出对策建议，我们于××××年××月××日至××月××日，对××××进行了专题调研。现将调研情况报告如下：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一、调研概况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本次调研采取实地考察、问卷调查、座谈交流、查阅资料等方式，先后深入××××个地区（单位），走访××××家企业（农户），发放调查问卷××××份，召开座谈会××××场，访谈干部群众××××人次，收集了大量第一手资料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二、基本情况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（一）××××现状。目前，××××总体情况是××××，主要特点包括××××、××××、××××。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（二）××××发展趋势。随着××××的不断推进，××××呈现出××××发展趋势，具体表现为××××、××××、××××。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三、存在问题及原因分析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（一）存在问题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××××问题。具体表现为××××，占比××%。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××××问题。具体表现为××××，占比××%。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××××问题。具体表现为××××，占比××%。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（二）原因分析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思想认识方面。部分单位和个人对××××重视程度不够，存在××××思想，影响了××××工作的开展。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政策落实方面。一些政策措施在执行过程中存在××××问题，导致政策效果打折扣。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3. 资源要素方面。××××资源短缺，××××要素配置不合理，制约了××××的发展。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四、对策建议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（一）提高思想认识。加强××××宣传教育，引导广大干部群众充分认识××××的重要意义，增强责任感和使命感。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（二）完善政策措施。进一步优化××××政策体系，加大政策支持力度，确保各项政策落到实处。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（三）强化要素保障。加大××××资源投入，优化××××要素配置，为××××发展提供有力支撑。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（四）加强监督考核。建立健全××××监督考核机制，加强对××××工作的监督检查，严格考核奖惩。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五、调研结论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通过本次调研，我们认为××××总体情况良好，但也存在一些亟待解决的问题。只要采取有效措施，切实加以解决，××××一定能够取得更大成效，为××××做出更大贡献。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《××××调研问卷分析报告》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《××××典型案例材料》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【调研单位】××××（公章）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【调研日期】××××年××月××日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