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入党志愿书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敬爱的党组织：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我志愿加入中国共产党，拥护党的纲领，遵守党的章程，履行党员义务，执行党的决定，严守党的纪律，保守党的秘密，对党忠诚，积极工作，为共产主义奋斗终身，随时准备为党和人民牺牲一切，永不叛党。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中国共产党是中国工人阶级的先锋队，同时是中国人民和中华民族的先锋队，是中国特色社会主义事业的领导核心。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从小，我就对中国共产党充满了崇敬和向往。参加工作后，我更加深刻地认识到中国共产党的伟大。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在思想上，我认真学习马克思列宁主义、毛泽东思想、邓小平理论、三个代表重要思想、科学发展观和习近平新时代中国特色社会主义思想。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在工作上，我认真履行岗位职责，努力完成各项工作任务。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在生活上，我严格遵守社会公德和家庭美德，团结同志、乐于助人。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请党组织在实践中考验我！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申请人：XXX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