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聘书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兹聘请XXX同志为XX市XX专家库专家，聘期自XXXX年XX月XX日起至XXXX年XX月XX日止。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XXX同志，男，XXXX年XX月出生，汉族，XX省XX市人，大学本科学历，XX职称，现任XX单位XX职务。该同志在XX领域具有较高的专业水平和丰富的实践经验，在XX方面取得了显著成绩，具备担任专家库专家的资格和能力。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希望XXX同志在聘期内，认真履行专家职责，积极参与XX领域的咨询、评审、论证等工作，为XX事业发展提供专业意见和建议，充分发挥专家的作用。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XX市XX局（盖章）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