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XX单位关于XX事项的请示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XX机关：现申请XX事项。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一、基本情况。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二、申请事项。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三、申请理由。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以上请示妥否，请批示。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