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请帖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尊敬的XXX先生/女士：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兹定于XXXX年XX月XX日（星期X）上午XX时XX分，在XX市XX酒店XX大厅举办XX活动。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此次活动旨在XX，诚邀您拨冗出席，共同见证XX时刻。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期待您的光临！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XX市XX局（盖章）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