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XX单位关于XX工作情况的汇报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尊敬的领导：现将工作情况汇报如下。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一、工作进展。组织领导有力，任务推进顺利。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二、取得成效。目标基本实现，质量明显提升。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三、存在困难。资源保障不足，能力有待提高。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四、下一步打算。加快进度，强化保障。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