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关于XXX同志工作经历的证明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XX单位：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兹有我单位XXX同志，男，XXXX年XX月出生，汉族，XX省XX市人，身份证号码：XXXXXXXXXXXXXXXXXX，于XXXX年XX月至XXXX年XX月在我单位工作，曾任XX职务。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该同志在我单位工作期间，政治表现良好，认真学习贯彻党的路线方针政策，积极参加党组织活动，遵守单位各项规章制度。工作态度端正，认真负责，积极主动完成各项工作任务，具有较强的业务能力和团队协作精神。在XX岗位上，该同志表现突出，圆满完成了XX工作任务，得到了领导和同事的一致好评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该同志于XXXX年XX月因XX原因离职，离职时手续齐全，无任何遗留问题。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特此证明。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XX市XX局（盖章）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