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rPr>
          <w:rFonts w:ascii="方正小标宋简体" w:hAnsi="方正小标宋简体" w:eastAsia="方正小标宋简体"/>
          <w:b/>
          <w:color w:val="000000"/>
          <w:sz w:val="44"/>
        </w:rPr>
        <w:t>关于完成XX工作任务的决心书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尊敬的领导：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为深入贯彻落实市委、市政府关于XX工作的决策部署，确保圆满完成XX工作任务，我代表XX科室（部门）全体工作人员，向领导作出如下承诺：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一、提高政治站位，强化责任担当。我们将深刻认识XX工作的重要意义，切实增强责任感和使命感，把思想和行动统一到市委、市政府的决策部署上来，以高度的政治自觉和行动自觉，全力以赴推进XX工作。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二、明确目标任务，细化工作措施。我们将认真研究XX工作要求，明确工作目标和任务，制定详细的工作方案和计划，细化工作措施，确保各项任务落到实处。建立工作台账，实行挂图作战，定期调度推进，确保工作进度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三、加强协作配合，形成工作合力。我们将主动加强与相关部门的沟通协调，密切配合、相互支持，形成工作合力。建立健全协作机制，定期召开协调会议，及时解决工作中出现的问题，确保XX工作顺利推进。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四、强化工作落实，确保工作成效。我们将严格按照工作方案和计划，扎实推进各项工作，确保按时保质完成任务。加强工作督查，对重点任务实行跟踪督办，确保各项工作落到实处、取得实效。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五、严守纪律要求，保持优良作风。我们将严格遵守党纪国法和单位规章制度，自觉遵守中央八项规定精神，廉洁奉公、求真务实，以优良的作风推进XX工作。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我们坚信，在市委、市政府的坚强领导下，在全体工作人员的共同努力下，我们一定能够圆满完成XX工作任务，为XX事业发展作出积极贡献！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承诺人：XXX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XXXX年XX月XX日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