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安全生产保证书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为切实加强安全生产工作，确保不发生安全生产事故，我郑重保证：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一、认真学习贯彻习近平总书记关于安全生产重要论述和党中央、国务院决策部署，深刻认识安全生产工作的极端重要性，切实增强责任感和紧迫感，把安全生产工作摆在重要位置。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二、严格遵守安全生产法律法规和规章制度，认真履行安全生产职责，落实安全生产主体责任。建立健全安全生产管理制度，加强安全生产管理，确保各项安全生产措施落到实处。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三、加强安全生产教育培训，提高从业人员的安全生产意识和技能。定期组织安全生产培训和演练，确保从业人员熟悉安全生产操作规程，掌握应急处置技能。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四、认真开展安全生产隐患排查治理，建立隐患排查治理台账，对排查出的隐患及时整改到位。加强对重大危险源的管控，确保重大危险源处于受控状态。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五、加强安全生产设施设备管理，定期对安全生产设施设备进行维护保养和检测检验，确保设施设备完好有效。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六、制定完善安全生产应急预案，定期组织应急演练，确保应急救援队伍和物资到位，提高应急处置能力。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七、如发生安全生产事故，及时报告并积极配合调查处理，绝不隐瞒不报、谎报或拖延不报。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如违反上述保证，我愿意承担相应的责任。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保证人：XXX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