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授权委托书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XX单位：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现授权XXX同志（性别：X，身份证号码：XXXXXXXXXXXXXXXXXX，职务：XX）作为我单位的合法代理人，代表我单位处理与贵单位相关的XX事宜。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授权范围：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一、代表我单位与贵单位进行业务洽谈、协商；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二、代表我单位签署与XX事项相关的合同、协议、备忘录等文件；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三、代表我单位办理与XX事项相关的申请、审批、备案等手续；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四、代表我单位领取与XX事项相关的款项、票据等；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五、其他与XX事项相关的合法行为。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授权期限：自XXXX年XX月XX日起至XXXX年XX月XX日止。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在授权期限内，受托人在上述授权范围内所实施的一切行为，其法律后果均由我单位承担。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特此授权。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XX市XX局（盖章）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法定代表人（签字）：XXX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