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关于邀请XXX同志参加XX会议的邀请函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为深入贯彻落实习近平新时代中国特色社会主义思想，全面总结XX工作经验，研究部署下一阶段工作任务，XX市XX局定于XXXX年XX月XX日在XX市召开XX会议。诚挚邀请您参加本次会议。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会议有关事项如下：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一、会议时间。XXXX年XX月XX日上午XX时XX分。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二、会议地点。XX市XX酒店XX会议室。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三、会议内容。总结XX工作经验，交流XX工作做法，研究部署下一阶段工作任务。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四、参会人员。XX市XX局领导班子成员，各县（区）XX部门主要负责人，部分企业代表。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五、其他事项。请您于XXXX年XX月XX日前将参会回执发送至XX邮箱。会议期间食宿由会议统一安排，往返交通费用自理。如需协助安排住宿，请在回执中注明。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期待您的到来！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