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吊唁信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XXX同志家属：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惊悉XXX同志不幸逝世，我们深感悲痛！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是XX领域的优秀工作者，他（她）一生致力于XX事业，为XX发展作出了重要贡献。XXX同志政治立场坚定，始终忠诚于党和人民的事业，具有强烈的责任感和使命感。他（她）工作认真负责、勤勤恳恳、任劳任怨，在XX岗位上取得了优异成绩，得到了领导和同事的高度评价。XXX同志为人正直、待人诚恳、团结同志、乐于助人，深受大家的尊敬和爱戴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XXX同志的逝世，是XX事业的一大损失，我们失去了一位好同志、好战友。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希望家属节哀顺变，保重身体。我们将铭记XXX同志的贡献，继承他（她）的遗志，继续推进XX事业发展。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此致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敬礼！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