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请示报告模板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【标题】关于××××的请示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为深入贯彻落实××××精神，进一步推进××××工作，根据××××要求，结合我单位实际情况，现就××××事项请示如下：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一、背景和必要性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近年来，××××工作取得了一定成效，但随着××××的不断发展，也面临着一些新情况、新问题。主要表现在：一是××××；二是××××；三是××××。这些问题严重制约了××××工作的进一步开展，迫切需要采取有效措施加以解决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开展××××工作，是贯彻落实××××决策部署的重要举措，是推动××××事业发展的必然要求，对于××××具有重要意义。具体体现在：一是××××；二是××××；三是××××。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二、工作目标和任务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（一）总体目标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通过××××工作，实现××××目标，确保××××，为××××提供有力保障。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（二）主要任务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××××。具体内容包括××××、××××、××××。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××××。具体内容包括××××、××××、××××。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××××。具体内容包括××××、××××、××××。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三、实施步骤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（一）准备阶段（××××年××月—××月）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主要任务：××××、××××、××××。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（二）实施阶段（××××年××月—××月）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主要任务：××××、××××、××××。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（三）总结阶段（××××年××月—××月）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主要任务：××××、××××、××××。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四、保障措施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（一）加强组织领导。成立××××工作领导小组，由×××任组长，×××任副组长，×××、×××、×××为成员，负责统筹协调××××工作。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（二）明确责任分工。××××负责××××工作，××××负责××××工作，××××负责××××工作，各部门要密切协作，形成工作合力。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（三）强化资金保障。积极争取上级资金支持，同时加大本级财政投入，确保××××工作顺利开展。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（四）加强监督检查。建立健全监督检查机制，定期对××××工作进展情况进行检查，确保各项任务落到实处。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五、需请示的事项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（一）××××事项。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（二）××××事项。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（三）××××事项。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以上请示妥否，请批示。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《××××方案》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《××××可行性研究报告》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《××××预算表》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